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Ethan Park</w:t>
      </w:r>
    </w:p>
    <w:p>
      <w:pPr>
        <w:spacing w:before="0" w:after="40"/>
      </w:pPr>
      <w:r>
        <w:rPr>
          <w:b/>
          <w:color w:val="0C7A61"/>
          <w:sz w:val="24"/>
        </w:rPr>
        <w:t>Math and SAT Tutor</w:t>
      </w:r>
    </w:p>
    <w:p>
      <w:pPr>
        <w:spacing w:before="0" w:after="80"/>
      </w:pPr>
      <w:r>
        <w:rPr>
          <w:color w:val="555555"/>
          <w:sz w:val="20"/>
        </w:rPr>
        <w:t>Minneapolis, MN  |  ethan.park@example.com  |  (612) 555-0193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Math and test prep tutor with 4 years of experience teaching algebra, geometry, precalculus and digital SAT math to students in grades 7 to 12. Leads 25+ one-on-one and small-group sessions per week in person and online, and 90% of students stay enrolled from fall to spring. Students who completed a 10-week SAT program raised their math section scores by an average of 80 points.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Math and SAT Tutor</w:t>
      </w:r>
      <w:r>
        <w:rPr>
          <w:b/>
        </w:rPr>
        <w:tab/>
        <w:t>Sep 2022 - Present</w:t>
      </w:r>
    </w:p>
    <w:p>
      <w:pPr>
        <w:spacing w:before="0" w:after="40"/>
      </w:pPr>
      <w:r>
        <w:rPr>
          <w:i/>
          <w:color w:val="555555"/>
        </w:rPr>
        <w:t>Northwind Learning Center, Minneapolis, MN</w:t>
      </w:r>
    </w:p>
    <w:p>
      <w:pPr>
        <w:pStyle w:val="ListBullet"/>
        <w:spacing w:before="0" w:after="20"/>
      </w:pPr>
      <w:r>
        <w:t>Tutor 25+ students per week in algebra, geometry, precalculus and SAT math, in person and over video.</w:t>
      </w:r>
    </w:p>
    <w:p>
      <w:pPr>
        <w:pStyle w:val="ListBullet"/>
        <w:spacing w:before="0" w:after="20"/>
      </w:pPr>
      <w:r>
        <w:t>Raised average SAT math section scores by 80 points among 32 students who completed a 10-week prep program.</w:t>
      </w:r>
    </w:p>
    <w:p>
      <w:pPr>
        <w:pStyle w:val="ListBullet"/>
        <w:spacing w:before="0" w:after="20"/>
      </w:pPr>
      <w:r>
        <w:t>Kept 90% of students enrolled from fall to spring by sending parents a short progress update after every 4 sessions.</w:t>
      </w:r>
    </w:p>
    <w:p>
      <w:pPr>
        <w:pStyle w:val="ListBullet"/>
        <w:spacing w:before="0" w:after="20"/>
      </w:pPr>
      <w:r>
        <w:t>Build a learning plan for each student from a diagnostic test, class syllabus and teacher feedback, then review progress every 4 weeks.</w:t>
      </w:r>
    </w:p>
    <w:p>
      <w:pPr>
        <w:pStyle w:val="ListBullet"/>
        <w:spacing w:before="0" w:after="20"/>
      </w:pPr>
      <w:r>
        <w:t>Helped 18 of 22 algebra students raise their course grade by at least one letter within a semester.</w:t>
      </w:r>
    </w:p>
    <w:p>
      <w:pPr>
        <w:pStyle w:val="ListBullet"/>
        <w:spacing w:before="0" w:after="20"/>
      </w:pPr>
      <w:r>
        <w:t>Trained 5 new tutors on session structure, diagnostic tests and online whiteboard tools.</w:t>
      </w:r>
    </w:p>
    <w:p>
      <w:pPr>
        <w:tabs>
          <w:tab w:val="right" w:pos="10080"/>
        </w:tabs>
        <w:spacing w:before="120" w:after="0"/>
      </w:pPr>
      <w:r>
        <w:rPr>
          <w:b/>
        </w:rPr>
        <w:t>Peer Tutor, Math and Statistics</w:t>
      </w:r>
      <w:r>
        <w:rPr>
          <w:b/>
        </w:rPr>
        <w:tab/>
        <w:t>Sep 2019 - May 2022</w:t>
      </w:r>
    </w:p>
    <w:p>
      <w:pPr>
        <w:spacing w:before="0" w:after="40"/>
      </w:pPr>
      <w:r>
        <w:rPr>
          <w:i/>
          <w:color w:val="555555"/>
        </w:rPr>
        <w:t>Lakeview State University Tutoring Center, St. Paul, MN</w:t>
      </w:r>
    </w:p>
    <w:p>
      <w:pPr>
        <w:pStyle w:val="ListBullet"/>
        <w:spacing w:before="0" w:after="20"/>
      </w:pPr>
      <w:r>
        <w:t>Held 12 hours per week of drop-in and scheduled tutoring in calculus, statistics and college algebra, serving 300+ student visits per semester.</w:t>
      </w:r>
    </w:p>
    <w:p>
      <w:pPr>
        <w:pStyle w:val="ListBullet"/>
        <w:spacing w:before="0" w:after="20"/>
      </w:pPr>
      <w:r>
        <w:t>Completed Level 1 and Level 2 tutor training through the center's CRLA-certified training program.</w:t>
      </w:r>
    </w:p>
    <w:p>
      <w:pPr>
        <w:pStyle w:val="ListBullet"/>
        <w:spacing w:before="0" w:after="20"/>
      </w:pPr>
      <w:r>
        <w:t>Led weekly exam review sessions of 15 to 25 students for 2 introductory statistics courses.</w:t>
      </w:r>
    </w:p>
    <w:p>
      <w:pPr>
        <w:pStyle w:val="ListBullet"/>
        <w:spacing w:before="0" w:after="20"/>
      </w:pPr>
      <w:r>
        <w:t>Kept a 4.8 out of 5 average rating on end-of-session student surveys.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Science in Mathematics</w:t>
      </w:r>
      <w:r>
        <w:t>, Lakeview State University</w:t>
      </w:r>
      <w:r>
        <w:tab/>
        <w:t>2022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Level 2 Advanced Tutor Certificate, CRLA-certified tutor training program, Lakeview State University Tutoring Center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Algebra through precalculus  •  Digital SAT math prep  •  ACT math prep  •  Diagnostic assessments  •  Individual learning plans  •  Online tutoring and digital whiteboards  •  Desmos graphing calculator  •  Study skills and test strategies  •  Progress reports for parents  •  Small-group instruction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