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Priya Shah</w:t>
      </w:r>
    </w:p>
    <w:p>
      <w:pPr>
        <w:spacing w:before="0" w:after="40"/>
      </w:pPr>
      <w:r>
        <w:rPr>
          <w:b/>
          <w:color w:val="0C7A61"/>
          <w:sz w:val="24"/>
        </w:rPr>
        <w:t>Substitute Teacher, Grades K-12</w:t>
      </w:r>
    </w:p>
    <w:p>
      <w:pPr>
        <w:spacing w:before="0" w:after="80"/>
      </w:pPr>
      <w:r>
        <w:rPr>
          <w:color w:val="555555"/>
          <w:sz w:val="20"/>
        </w:rPr>
        <w:t>Sacramento, CA  |  priya.shah@example.com  |  (916) 555-0127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Day-to-day substitute teacher with 3 years in K-12 classrooms, completing 260+ assignments at 14 schools across elementary, middle school math and special education settings. Requested by name by 22 teachers and trusted with a 20-day assignment in 7th grade math. Holds a California Emergency 30-Day Substitute Teaching Permit and a bachelor's degree in biology.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Substitute Teacher (Day-to-Day)</w:t>
      </w:r>
      <w:r>
        <w:rPr>
          <w:b/>
        </w:rPr>
        <w:tab/>
        <w:t>Aug 2023 - Present</w:t>
      </w:r>
    </w:p>
    <w:p>
      <w:pPr>
        <w:spacing w:before="0" w:after="40"/>
      </w:pPr>
      <w:r>
        <w:rPr>
          <w:i/>
          <w:color w:val="555555"/>
        </w:rPr>
        <w:t>Riverbend Unified School District, Sacramento, CA</w:t>
      </w:r>
    </w:p>
    <w:p>
      <w:pPr>
        <w:pStyle w:val="ListBullet"/>
        <w:spacing w:before="0" w:after="20"/>
      </w:pPr>
      <w:r>
        <w:t>Completed 260+ day-to-day assignments at 14 elementary, middle and high schools in grades K-12, with zero late arrivals or same-day cancellations.</w:t>
      </w:r>
    </w:p>
    <w:p>
      <w:pPr>
        <w:pStyle w:val="ListBullet"/>
        <w:spacing w:before="0" w:after="20"/>
      </w:pPr>
      <w:r>
        <w:t>Requested by name by 22 teachers for repeat assignments, which filled about 40% of my working days in the 2025-26 school year.</w:t>
      </w:r>
    </w:p>
    <w:p>
      <w:pPr>
        <w:pStyle w:val="ListBullet"/>
        <w:spacing w:before="0" w:after="20"/>
      </w:pPr>
      <w:r>
        <w:t>Followed lesson plans in English, math, science and social studies and left a written end-of-day summary for every class covering work completed, absences and behavior.</w:t>
      </w:r>
    </w:p>
    <w:p>
      <w:pPr>
        <w:pStyle w:val="ListBullet"/>
        <w:spacing w:before="0" w:after="20"/>
      </w:pPr>
      <w:r>
        <w:t>Covered a 20-school-day assignment in 7th grade math during a teacher's leave, teaching 5 periods of up to 32 students and grading 600+ assignments in Google Classroom.</w:t>
      </w:r>
    </w:p>
    <w:p>
      <w:pPr>
        <w:pStyle w:val="ListBullet"/>
        <w:spacing w:before="0" w:after="20"/>
      </w:pPr>
      <w:r>
        <w:t>Supported students with IEPs and 504 plans in 35+ special education and inclusion assignments by following posted accommodations and working closely with paraeducators.</w:t>
      </w:r>
    </w:p>
    <w:p>
      <w:pPr>
        <w:pStyle w:val="ListBullet"/>
        <w:spacing w:before="0" w:after="20"/>
      </w:pPr>
      <w:r>
        <w:t>Took attendance in the student information system on every assignment and led students through 6 fire, earthquake and lockdown drills using site emergency procedures.</w:t>
      </w:r>
    </w:p>
    <w:p>
      <w:pPr>
        <w:tabs>
          <w:tab w:val="right" w:pos="10080"/>
        </w:tabs>
        <w:spacing w:before="120" w:after="0"/>
      </w:pPr>
      <w:r>
        <w:rPr>
          <w:b/>
        </w:rPr>
        <w:t>Instructional Aide</w:t>
      </w:r>
      <w:r>
        <w:rPr>
          <w:b/>
        </w:rPr>
        <w:tab/>
        <w:t>Sep 2021 - Jun 2023</w:t>
      </w:r>
    </w:p>
    <w:p>
      <w:pPr>
        <w:spacing w:before="0" w:after="40"/>
      </w:pPr>
      <w:r>
        <w:rPr>
          <w:i/>
          <w:color w:val="555555"/>
        </w:rPr>
        <w:t>Maple Crest Elementary School, Elk Grove, CA</w:t>
      </w:r>
    </w:p>
    <w:p>
      <w:pPr>
        <w:pStyle w:val="ListBullet"/>
        <w:spacing w:before="0" w:after="20"/>
      </w:pPr>
      <w:r>
        <w:t>Led small-group reading intervention for 18 second and third graders, and 14 of 18 met their midyear reading benchmark.</w:t>
      </w:r>
    </w:p>
    <w:p>
      <w:pPr>
        <w:pStyle w:val="ListBullet"/>
        <w:spacing w:before="0" w:after="20"/>
      </w:pPr>
      <w:r>
        <w:t>Supervised recess and lunch for up to 120 students a day and helped settle conflicts using the school's restorative practices.</w:t>
      </w:r>
    </w:p>
    <w:p>
      <w:pPr>
        <w:pStyle w:val="ListBullet"/>
        <w:spacing w:before="0" w:after="20"/>
      </w:pPr>
      <w:r>
        <w:t>Prepared materials and graded spelling and math work for 2 classroom teachers, saving each about 3 hours a week.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Biology</w:t>
      </w:r>
      <w:r>
        <w:t>, Valley Oak State University, Sacramento, CA</w:t>
      </w:r>
      <w:r>
        <w:tab/>
        <w:t>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Emergency 30-Day Substitute Teaching Permit, California Commission on Teacher Credentialing</w:t>
      </w:r>
    </w:p>
    <w:p>
      <w:pPr>
        <w:pStyle w:val="ListBullet"/>
        <w:spacing w:before="0" w:after="20"/>
      </w:pPr>
      <w:r>
        <w:t>First Aid, CPR and AED, American Red Cross</w:t>
      </w:r>
    </w:p>
    <w:p>
      <w:pPr>
        <w:pStyle w:val="ListBullet"/>
        <w:spacing w:before="0" w:after="20"/>
      </w:pPr>
      <w:r>
        <w:t>Mandated Reporter Training, School Personnel, California Department of Social Services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Following teacher lesson plans  •  Classroom management  •  Positive behavior supports  •  Small-group instruction  •  IEP and 504 accommodations  •  Attendance in student information systems  •  Google Classroom  •  Grading and feedback  •  Emergency and safety procedures  •  Detailed notes for the classroom teacher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Substitute Teacher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