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Ava Thompson</w:t>
      </w:r>
    </w:p>
    <w:p>
      <w:pPr>
        <w:spacing w:before="0" w:after="40"/>
      </w:pPr>
      <w:r>
        <w:rPr>
          <w:b/>
          <w:color w:val="0C7A61"/>
          <w:sz w:val="24"/>
        </w:rPr>
        <w:t>Server, Full-Service and Fine Casual Dining</w:t>
      </w:r>
    </w:p>
    <w:p>
      <w:pPr>
        <w:spacing w:before="0" w:after="80"/>
      </w:pPr>
      <w:r>
        <w:rPr>
          <w:color w:val="555555"/>
          <w:sz w:val="20"/>
        </w:rPr>
        <w:t>San Diego, CA  |  ava.thompson@example.com  |  (619) 555-0153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Restaurant server with 3 years of full-service experience and 2 years as a host and busser, handling a 5-table section and 70+ covers on Friday nights. Keeps check averages $8 above the restaurant average with wine pairings and dessert suggestions, and has followed allergy procedures on 300+ special requests with no incidents. Holds a California Food Handler Card and RBS certification.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Server</w:t>
      </w:r>
      <w:r>
        <w:rPr>
          <w:b/>
        </w:rPr>
        <w:tab/>
        <w:t>May 2023 - Present</w:t>
      </w:r>
    </w:p>
    <w:p>
      <w:pPr>
        <w:spacing w:before="0" w:after="40"/>
      </w:pPr>
      <w:r>
        <w:rPr>
          <w:i/>
          <w:color w:val="555555"/>
        </w:rPr>
        <w:t>Harbor and Vine Bistro, San Diego, CA</w:t>
      </w:r>
    </w:p>
    <w:p>
      <w:pPr>
        <w:pStyle w:val="ListBullet"/>
        <w:spacing w:before="0" w:after="20"/>
      </w:pPr>
      <w:r>
        <w:t>Serve 70+ covers on Friday and Saturday nights in a 5-table section of a 160-seat fine casual restaurant.</w:t>
      </w:r>
    </w:p>
    <w:p>
      <w:pPr>
        <w:pStyle w:val="ListBullet"/>
        <w:spacing w:before="0" w:after="20"/>
      </w:pPr>
      <w:r>
        <w:t>Keep check averages $8 above the restaurant average by suggesting wine pairings, appetizers and desserts.</w:t>
      </w:r>
    </w:p>
    <w:p>
      <w:pPr>
        <w:pStyle w:val="ListBullet"/>
        <w:spacing w:before="0" w:after="20"/>
      </w:pPr>
      <w:r>
        <w:t>Enter orders on Toast with 99% accuracy, based on the comps and remakes the kitchen tracks each week.</w:t>
      </w:r>
    </w:p>
    <w:p>
      <w:pPr>
        <w:pStyle w:val="ListBullet"/>
        <w:spacing w:before="0" w:after="20"/>
      </w:pPr>
      <w:r>
        <w:t>Followed allergy procedures on 300+ special requests by confirming with the chef and flagging every ticket, with no allergy incidents.</w:t>
      </w:r>
    </w:p>
    <w:p>
      <w:pPr>
        <w:pStyle w:val="ListBullet"/>
        <w:spacing w:before="0" w:after="20"/>
      </w:pPr>
      <w:r>
        <w:t>Named in 46 positive online reviews in 2025, the most of 20 servers.</w:t>
      </w:r>
    </w:p>
    <w:p>
      <w:pPr>
        <w:pStyle w:val="ListBullet"/>
        <w:spacing w:before="0" w:after="20"/>
      </w:pPr>
      <w:r>
        <w:t>Trained 7 new servers on the menu, steps of service, POS and closing side work.</w:t>
      </w:r>
    </w:p>
    <w:p>
      <w:pPr>
        <w:tabs>
          <w:tab w:val="right" w:pos="10080"/>
        </w:tabs>
        <w:spacing w:before="120" w:after="0"/>
      </w:pPr>
      <w:r>
        <w:rPr>
          <w:b/>
        </w:rPr>
        <w:t>Host and Busser</w:t>
      </w:r>
      <w:r>
        <w:rPr>
          <w:b/>
        </w:rPr>
        <w:tab/>
        <w:t>Jun 2021 - Apr 2023</w:t>
      </w:r>
    </w:p>
    <w:p>
      <w:pPr>
        <w:spacing w:before="0" w:after="40"/>
      </w:pPr>
      <w:r>
        <w:rPr>
          <w:i/>
          <w:color w:val="555555"/>
        </w:rPr>
        <w:t>Seaside Taco Co., San Diego, CA</w:t>
      </w:r>
    </w:p>
    <w:p>
      <w:pPr>
        <w:pStyle w:val="ListBullet"/>
        <w:spacing w:before="0" w:after="20"/>
      </w:pPr>
      <w:r>
        <w:t>Greeted and seated 400+ guests per weekend shift and managed the waitlist and reservations in OpenTable.</w:t>
      </w:r>
    </w:p>
    <w:p>
      <w:pPr>
        <w:pStyle w:val="ListBullet"/>
        <w:spacing w:before="0" w:after="20"/>
      </w:pPr>
      <w:r>
        <w:t>Cleared and reset tables in under 3 minutes, helping cut the average Friday night wait for a table from 25 to 15 minutes.</w:t>
      </w:r>
    </w:p>
    <w:p>
      <w:pPr>
        <w:pStyle w:val="ListBullet"/>
        <w:spacing w:before="0" w:after="20"/>
      </w:pPr>
      <w:r>
        <w:t>Moved into server training after 18 months based on guest feedback and attendance.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</w:t>
      </w:r>
      <w:r>
        <w:t>, Coastal Ridge High School, San Diego, CA</w:t>
      </w:r>
      <w:r>
        <w:tab/>
        <w:t>2021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California Food Handler Card</w:t>
      </w:r>
    </w:p>
    <w:p>
      <w:pPr>
        <w:pStyle w:val="ListBullet"/>
        <w:spacing w:before="0" w:after="20"/>
      </w:pPr>
      <w:r>
        <w:t>Responsible Beverage Service (RBS) Certification, California Department of Alcoholic Beverage Control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Toast POS  •  Order entry and ticket accuracy  •  Menu and wine knowledge  •  Suggestive selling  •  Allergy and dietary request procedures  •  Responsible alcohol service and ID checks  •  Cash and card payments  •  OpenTable reservations and waitlist  •  Side work and table setting  •  Bilingual (English and Spanish)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