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Tyler Nguyen</w:t>
      </w:r>
    </w:p>
    <w:p>
      <w:pPr>
        <w:spacing w:before="0" w:after="40"/>
      </w:pPr>
      <w:r>
        <w:rPr>
          <w:b/>
          <w:color w:val="0C7A61"/>
          <w:sz w:val="24"/>
        </w:rPr>
        <w:t>Retail Sales Associate</w:t>
      </w:r>
    </w:p>
    <w:p>
      <w:pPr>
        <w:spacing w:before="0" w:after="80"/>
      </w:pPr>
      <w:r>
        <w:rPr>
          <w:color w:val="555555"/>
          <w:sz w:val="20"/>
        </w:rPr>
        <w:t>Tampa, FL  |  tyler.nguyen@example.com  |  (813) 555-0128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Retail sales associate with 4 years of experience in apparel and home goods stores. Averages $310 in sales per hour, 18% above the store goal, with 2.8 units per transaction and the store's top loyalty sign-up count for 6 straight months. Sets floor sets and window displays from company planograms and trains new associates on the POS system and selling steps.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Senior Sales Associate</w:t>
      </w:r>
      <w:r>
        <w:rPr>
          <w:b/>
        </w:rPr>
        <w:tab/>
        <w:t>Mar 2024 - Present</w:t>
      </w:r>
    </w:p>
    <w:p>
      <w:pPr>
        <w:spacing w:before="0" w:after="40"/>
      </w:pPr>
      <w:r>
        <w:rPr>
          <w:i/>
          <w:color w:val="555555"/>
        </w:rPr>
        <w:t>Coastline Outfitters, Tampa, FL</w:t>
      </w:r>
    </w:p>
    <w:p>
      <w:pPr>
        <w:pStyle w:val="ListBullet"/>
        <w:spacing w:before="0" w:after="20"/>
      </w:pPr>
      <w:r>
        <w:t>Average $310 in sales per hour against a $262 store goal, ranking in the top 3 of 22 associates for 8 of the last 12 months.</w:t>
      </w:r>
    </w:p>
    <w:p>
      <w:pPr>
        <w:pStyle w:val="ListBullet"/>
        <w:spacing w:before="0" w:after="20"/>
      </w:pPr>
      <w:r>
        <w:t>Raised personal conversion rate from 21% to 29% by greeting every guest within 30 seconds and offering fitting room service.</w:t>
      </w:r>
    </w:p>
    <w:p>
      <w:pPr>
        <w:pStyle w:val="ListBullet"/>
        <w:spacing w:before="0" w:after="20"/>
      </w:pPr>
      <w:r>
        <w:t>Sign up 45 to 60 loyalty members per month, leading the store for 6 straight months.</w:t>
      </w:r>
    </w:p>
    <w:p>
      <w:pPr>
        <w:pStyle w:val="ListBullet"/>
        <w:spacing w:before="0" w:after="20"/>
      </w:pPr>
      <w:r>
        <w:t>Set 4 seasonal floor sets and weekly window displays from company planograms, with full compliance on every district visit.</w:t>
      </w:r>
    </w:p>
    <w:p>
      <w:pPr>
        <w:pStyle w:val="ListBullet"/>
        <w:spacing w:before="0" w:after="20"/>
      </w:pPr>
      <w:r>
        <w:t>Trained 9 new associates on the POS system, returns, cash handling and the store's greet-and-assist selling steps.</w:t>
      </w:r>
    </w:p>
    <w:p>
      <w:pPr>
        <w:tabs>
          <w:tab w:val="right" w:pos="10080"/>
        </w:tabs>
        <w:spacing w:before="120" w:after="0"/>
      </w:pPr>
      <w:r>
        <w:rPr>
          <w:b/>
        </w:rPr>
        <w:t>Sales Associate</w:t>
      </w:r>
      <w:r>
        <w:rPr>
          <w:b/>
        </w:rPr>
        <w:tab/>
        <w:t>Aug 2022 - Feb 2024</w:t>
      </w:r>
    </w:p>
    <w:p>
      <w:pPr>
        <w:spacing w:before="0" w:after="40"/>
      </w:pPr>
      <w:r>
        <w:rPr>
          <w:i/>
          <w:color w:val="555555"/>
        </w:rPr>
        <w:t>Harborview Home Goods, Brandon, FL</w:t>
      </w:r>
    </w:p>
    <w:p>
      <w:pPr>
        <w:pStyle w:val="ListBullet"/>
        <w:spacing w:before="0" w:after="20"/>
      </w:pPr>
      <w:r>
        <w:t>Helped 80 to 120 customers per shift on the sales floor and at the register in a high-traffic home goods store.</w:t>
      </w:r>
    </w:p>
    <w:p>
      <w:pPr>
        <w:pStyle w:val="ListBullet"/>
        <w:spacing w:before="0" w:after="20"/>
      </w:pPr>
      <w:r>
        <w:t>Increased units per transaction from 2.1 to 2.6 by suggesting coordinated items and add-ons at checkout.</w:t>
      </w:r>
    </w:p>
    <w:p>
      <w:pPr>
        <w:pStyle w:val="ListBullet"/>
        <w:spacing w:before="0" w:after="20"/>
      </w:pPr>
      <w:r>
        <w:t>Handled $4,000+ in daily cash and card sales with zero drawer shortages in 18 months.</w:t>
      </w:r>
    </w:p>
    <w:p>
      <w:pPr>
        <w:pStyle w:val="ListBullet"/>
        <w:spacing w:before="0" w:after="20"/>
      </w:pPr>
      <w:r>
        <w:t>Unloaded and processed weekly shipments of 600+ units, restocking the floor before opening and keeping shelf accuracy above 98%.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of Arts</w:t>
      </w:r>
      <w:r>
        <w:t>, Hillsborough Community College</w:t>
      </w:r>
      <w:r>
        <w:tab/>
        <w:t>2022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NRF Foundation RISE Up Customer Service and Sales credential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Point-of-sale (POS) systems  •  Cash handling and drawer balancing  •  Upselling and add-on selling  •  Visual merchandising and planograms  •  Loyalty program enrollment  •  Clienteling and product knowledge  •  Inventory receiving and stocking  •  Returns and exchanges  •  Loss prevention procedures  •  Bilingual English and Vietnamese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Associate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