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Monica Hayes</w:t>
      </w:r>
    </w:p>
    <w:p>
      <w:pPr>
        <w:spacing w:before="0" w:after="40"/>
      </w:pPr>
      <w:r>
        <w:rPr>
          <w:b/>
          <w:color w:val="0C7A61"/>
          <w:sz w:val="24"/>
        </w:rPr>
        <w:t>Medical Front Desk Receptionist</w:t>
      </w:r>
    </w:p>
    <w:p>
      <w:pPr>
        <w:spacing w:before="0" w:after="80"/>
      </w:pPr>
      <w:r>
        <w:rPr>
          <w:color w:val="555555"/>
          <w:sz w:val="20"/>
        </w:rPr>
        <w:t>Denver, CO  |  monica.hayes@example.com  |  (303) 555-0164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Front desk receptionist with 5 years of experience in medical and corporate offices, currently checking in 70 to 90 patients per day at a 6-provider family practice. Answers 120+ calls per day, manages schedules in athenahealth and keeps check-in under 5 minutes per patient. Known for a calm, friendly front desk and accurate insurance and demographic entry.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Medical Front Desk Receptionist</w:t>
      </w:r>
      <w:r>
        <w:rPr>
          <w:b/>
        </w:rPr>
        <w:tab/>
        <w:t>Mar 2023 - Present</w:t>
      </w:r>
    </w:p>
    <w:p>
      <w:pPr>
        <w:spacing w:before="0" w:after="40"/>
      </w:pPr>
      <w:r>
        <w:rPr>
          <w:i/>
          <w:color w:val="555555"/>
        </w:rPr>
        <w:t>Clearwater Family Medicine, Denver, CO</w:t>
      </w:r>
    </w:p>
    <w:p>
      <w:pPr>
        <w:pStyle w:val="ListBullet"/>
        <w:spacing w:before="0" w:after="20"/>
      </w:pPr>
      <w:r>
        <w:t>Greet and check in 70 to 90 patients per day for 6 providers, verifying photo ID, insurance cards and demographics in athenahealth.</w:t>
      </w:r>
    </w:p>
    <w:p>
      <w:pPr>
        <w:pStyle w:val="ListBullet"/>
        <w:spacing w:before="0" w:after="20"/>
      </w:pPr>
      <w:r>
        <w:t>Answer 120+ calls per day on a multi-line phone system, scheduling appointments, routing clinical questions to nurses and taking accurate messages.</w:t>
      </w:r>
    </w:p>
    <w:p>
      <w:pPr>
        <w:pStyle w:val="ListBullet"/>
        <w:spacing w:before="0" w:after="20"/>
      </w:pPr>
      <w:r>
        <w:t>Cut average patient check-in time from 9 minutes to under 5 by sending digital intake forms before visits and preparing the next day's schedule each afternoon.</w:t>
      </w:r>
    </w:p>
    <w:p>
      <w:pPr>
        <w:pStyle w:val="ListBullet"/>
        <w:spacing w:before="0" w:after="20"/>
      </w:pPr>
      <w:r>
        <w:t>Verify insurance eligibility 2 days ahead for every scheduled patient, helping lower front-end claim denials by 18% in one year.</w:t>
      </w:r>
    </w:p>
    <w:p>
      <w:pPr>
        <w:pStyle w:val="ListBullet"/>
        <w:spacing w:before="0" w:after="20"/>
      </w:pPr>
      <w:r>
        <w:t>Collect copays and balances at check-in, reconciling $2,500+ in daily payments with zero cash drawer discrepancies in 2025.</w:t>
      </w:r>
    </w:p>
    <w:p>
      <w:pPr>
        <w:tabs>
          <w:tab w:val="right" w:pos="10080"/>
        </w:tabs>
        <w:spacing w:before="120" w:after="0"/>
      </w:pPr>
      <w:r>
        <w:rPr>
          <w:b/>
        </w:rPr>
        <w:t>Receptionist</w:t>
      </w:r>
      <w:r>
        <w:rPr>
          <w:b/>
        </w:rPr>
        <w:tab/>
        <w:t>Jun 2021 - Feb 2023</w:t>
      </w:r>
    </w:p>
    <w:p>
      <w:pPr>
        <w:spacing w:before="0" w:after="40"/>
      </w:pPr>
      <w:r>
        <w:rPr>
          <w:i/>
          <w:color w:val="555555"/>
        </w:rPr>
        <w:t>Contoso Engineering, Denver, CO</w:t>
      </w:r>
    </w:p>
    <w:p>
      <w:pPr>
        <w:pStyle w:val="ListBullet"/>
        <w:spacing w:before="0" w:after="20"/>
      </w:pPr>
      <w:r>
        <w:t>Welcomed 40+ visitors and vendors per day in a 220-employee office, issuing badges and following sign-in and security procedures.</w:t>
      </w:r>
    </w:p>
    <w:p>
      <w:pPr>
        <w:pStyle w:val="ListBullet"/>
        <w:spacing w:before="0" w:after="20"/>
      </w:pPr>
      <w:r>
        <w:t>Managed a 10-line phone system and the main company inbox, routing about 80 calls and 50 emails per day to the right team.</w:t>
      </w:r>
    </w:p>
    <w:p>
      <w:pPr>
        <w:pStyle w:val="ListBullet"/>
        <w:spacing w:before="0" w:after="20"/>
      </w:pPr>
      <w:r>
        <w:t>Booked 6 conference rooms in Outlook and arranged catering and AV for 15+ client meetings per week.</w:t>
      </w:r>
    </w:p>
    <w:p>
      <w:pPr>
        <w:pStyle w:val="ListBullet"/>
        <w:spacing w:before="0" w:after="20"/>
      </w:pPr>
      <w:r>
        <w:t>Tracked mail, packages and office supply orders for 3 floors, cutting monthly supply spending by 12% with a simple reorder list.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Associate of Arts</w:t>
      </w:r>
      <w:r>
        <w:t>, Community College of Denver</w:t>
      </w:r>
      <w:r>
        <w:tab/>
        <w:t>2021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Certified Medical Administrative Assistant (CMAA), National Healthcareer Association</w:t>
      </w:r>
    </w:p>
    <w:p>
      <w:pPr>
        <w:pStyle w:val="ListBullet"/>
        <w:spacing w:before="0" w:after="20"/>
      </w:pPr>
      <w:r>
        <w:t>Microsoft Office Specialist: Word Associate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Multi-line phone systems  •  Patient check-in and registration  •  athenahealth and Epic scheduling  •  Insurance eligibility verification  •  Copay collection and cash handling  •  Microsoft Outlook, Word and Excel  •  Visitor management and badging  •  Calendar and room scheduling  •  HIPAA privacy practices  •  Typing 60 WPM  •  Bilingual English and Spanish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Receptionist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