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Ava Martinez</w:t>
      </w:r>
    </w:p>
    <w:p>
      <w:pPr>
        <w:spacing w:before="0" w:after="40"/>
      </w:pPr>
      <w:r>
        <w:rPr>
          <w:b/>
          <w:color w:val="0C7A61"/>
          <w:sz w:val="24"/>
        </w:rPr>
        <w:t>High School Senior</w:t>
      </w:r>
    </w:p>
    <w:p>
      <w:pPr>
        <w:spacing w:before="0" w:after="80"/>
      </w:pPr>
      <w:r>
        <w:rPr>
          <w:color w:val="555555"/>
          <w:sz w:val="20"/>
        </w:rPr>
        <w:t>Madison, WI  |  ava.martinez@example.com  |  (608) 555-0119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Dependable high school senior with a 3.7 GPA, 3 years of babysitting for 4 local families and 120+ volunteer hours at a community food pantry. Varsity soccer captain who balances 15 hours of practice a week with honor roll grades. Seeking a part-time retail or customer service job, available weekday evenings after 3:30 p.m. and on weekends.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Babysitter (Self-Employed)</w:t>
      </w:r>
      <w:r>
        <w:rPr>
          <w:b/>
        </w:rPr>
        <w:tab/>
        <w:t>Jun 2023 - Present</w:t>
      </w:r>
    </w:p>
    <w:p>
      <w:pPr>
        <w:spacing w:before="0" w:after="40"/>
      </w:pPr>
      <w:r>
        <w:rPr>
          <w:i/>
          <w:color w:val="555555"/>
        </w:rPr>
        <w:t>Neighborhood Families, Madison, WI</w:t>
      </w:r>
    </w:p>
    <w:p>
      <w:pPr>
        <w:pStyle w:val="ListBullet"/>
        <w:spacing w:before="0" w:after="20"/>
      </w:pPr>
      <w:r>
        <w:t>Care for children ages 3 to 10 for 4 regular families, up to 12 hours per week in the summer.</w:t>
      </w:r>
    </w:p>
    <w:p>
      <w:pPr>
        <w:pStyle w:val="ListBullet"/>
        <w:spacing w:before="0" w:after="20"/>
      </w:pPr>
      <w:r>
        <w:t>Plan meals, homework time and activities while following each family's routines and allergy instructions.</w:t>
      </w:r>
    </w:p>
    <w:p>
      <w:pPr>
        <w:pStyle w:val="ListBullet"/>
        <w:spacing w:before="0" w:after="20"/>
      </w:pPr>
      <w:r>
        <w:t>Earned repeat bookings from every family and 3 new clients through referrals.</w:t>
      </w:r>
    </w:p>
    <w:p>
      <w:pPr>
        <w:tabs>
          <w:tab w:val="right" w:pos="10080"/>
        </w:tabs>
        <w:spacing w:before="120" w:after="0"/>
      </w:pPr>
      <w:r>
        <w:rPr>
          <w:b/>
        </w:rPr>
        <w:t>Lawn Care and Snow Shoveling (Self-Employed)</w:t>
      </w:r>
      <w:r>
        <w:rPr>
          <w:b/>
        </w:rPr>
        <w:tab/>
        <w:t>Apr 2024 - Present</w:t>
      </w:r>
    </w:p>
    <w:p>
      <w:pPr>
        <w:spacing w:before="0" w:after="40"/>
      </w:pPr>
      <w:r>
        <w:rPr>
          <w:i/>
          <w:color w:val="555555"/>
        </w:rPr>
        <w:t>Neighborhood Clients, Madison, WI</w:t>
      </w:r>
    </w:p>
    <w:p>
      <w:pPr>
        <w:pStyle w:val="ListBullet"/>
        <w:spacing w:before="0" w:after="20"/>
      </w:pPr>
      <w:r>
        <w:t>Built a client list of 7 households through flyers and word of mouth.</w:t>
      </w:r>
    </w:p>
    <w:p>
      <w:pPr>
        <w:pStyle w:val="ListBullet"/>
        <w:spacing w:before="0" w:after="20"/>
      </w:pPr>
      <w:r>
        <w:t>Mow and edge lawns weekly from spring through fall and shovel driveways after snowstorms.</w:t>
      </w:r>
    </w:p>
    <w:p>
      <w:pPr>
        <w:pStyle w:val="ListBullet"/>
        <w:spacing w:before="0" w:after="20"/>
      </w:pPr>
      <w:r>
        <w:t>Track appointments and payments in Google Sheets, with zero missed jobs last season.</w:t>
      </w:r>
    </w:p>
    <w:p>
      <w:pPr>
        <w:tabs>
          <w:tab w:val="right" w:pos="10080"/>
        </w:tabs>
        <w:spacing w:before="120" w:after="0"/>
      </w:pPr>
      <w:r>
        <w:rPr>
          <w:b/>
        </w:rPr>
        <w:t>Volunteer</w:t>
      </w:r>
      <w:r>
        <w:rPr>
          <w:b/>
        </w:rPr>
        <w:tab/>
        <w:t>Sep 2023 - Present</w:t>
      </w:r>
    </w:p>
    <w:p>
      <w:pPr>
        <w:spacing w:before="0" w:after="40"/>
      </w:pPr>
      <w:r>
        <w:rPr>
          <w:i/>
          <w:color w:val="555555"/>
        </w:rPr>
        <w:t>Eastside Community Food Pantry, Madison, WI</w:t>
      </w:r>
    </w:p>
    <w:p>
      <w:pPr>
        <w:pStyle w:val="ListBullet"/>
        <w:spacing w:before="0" w:after="20"/>
      </w:pPr>
      <w:r>
        <w:t>Logged 120+ hours sorting donations, stocking shelves and checking in clients.</w:t>
      </w:r>
    </w:p>
    <w:p>
      <w:pPr>
        <w:pStyle w:val="ListBullet"/>
        <w:spacing w:before="0" w:after="20"/>
      </w:pPr>
      <w:r>
        <w:t>Greet and assist 60 to 80 families during Saturday distribution shifts.</w:t>
      </w:r>
    </w:p>
    <w:p>
      <w:pPr>
        <w:pStyle w:val="ListBullet"/>
        <w:spacing w:before="0" w:after="20"/>
      </w:pPr>
      <w:r>
        <w:t>Helped organize a school food drive that collected 1,400 pounds of food in 2 weeks.</w:t>
      </w:r>
    </w:p>
    <w:p>
      <w:pPr>
        <w:tabs>
          <w:tab w:val="right" w:pos="10080"/>
        </w:tabs>
        <w:spacing w:before="120" w:after="0"/>
      </w:pPr>
      <w:r>
        <w:rPr>
          <w:b/>
        </w:rPr>
        <w:t>Varsity Soccer Captain</w:t>
      </w:r>
      <w:r>
        <w:rPr>
          <w:b/>
        </w:rPr>
        <w:tab/>
        <w:t>Aug 2023 - Present</w:t>
      </w:r>
    </w:p>
    <w:p>
      <w:pPr>
        <w:spacing w:before="0" w:after="40"/>
      </w:pPr>
      <w:r>
        <w:rPr>
          <w:i/>
          <w:color w:val="555555"/>
        </w:rPr>
        <w:t>Ridgeview High School, Madison, WI</w:t>
      </w:r>
    </w:p>
    <w:p>
      <w:pPr>
        <w:pStyle w:val="ListBullet"/>
        <w:spacing w:before="0" w:after="20"/>
      </w:pPr>
      <w:r>
        <w:t>Lead warmups and team meetings for a 24-player roster as one of 2 senior captains.</w:t>
      </w:r>
    </w:p>
    <w:p>
      <w:pPr>
        <w:pStyle w:val="ListBullet"/>
        <w:spacing w:before="0" w:after="20"/>
      </w:pPr>
      <w:r>
        <w:t>Organized a team car wash with 20 volunteers that raised $1,250 for new equipment.</w:t>
      </w:r>
    </w:p>
    <w:p>
      <w:pPr>
        <w:tabs>
          <w:tab w:val="right" w:pos="10080"/>
        </w:tabs>
        <w:spacing w:before="120" w:after="0"/>
      </w:pPr>
      <w:r>
        <w:rPr>
          <w:b/>
        </w:rPr>
        <w:t>Treasurer, Future Business Leaders of America (FBLA)</w:t>
      </w:r>
      <w:r>
        <w:rPr>
          <w:b/>
        </w:rPr>
        <w:tab/>
        <w:t>Sep 2025 - Present</w:t>
      </w:r>
    </w:p>
    <w:p>
      <w:pPr>
        <w:spacing w:before="0" w:after="40"/>
      </w:pPr>
      <w:r>
        <w:rPr>
          <w:i/>
          <w:color w:val="555555"/>
        </w:rPr>
        <w:t>Ridgeview High School, Madison, WI</w:t>
      </w:r>
    </w:p>
    <w:p>
      <w:pPr>
        <w:pStyle w:val="ListBullet"/>
        <w:spacing w:before="0" w:after="20"/>
      </w:pPr>
      <w:r>
        <w:t>Manage a $2,400 chapter budget and present a balanced report at every monthly meeting.</w:t>
      </w:r>
    </w:p>
    <w:p>
      <w:pPr>
        <w:pStyle w:val="ListBullet"/>
        <w:spacing w:before="0" w:after="20"/>
      </w:pPr>
      <w:r>
        <w:t>Placed second of 30 teams in a regional business presentation competition.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 (expected June 2027), GPA 3.7, Honor Roll</w:t>
      </w:r>
      <w:r>
        <w:t>, Ridgeview High School</w:t>
      </w:r>
      <w:r>
        <w:tab/>
        <w:t>2027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American Red Cross Babysitter's Training</w:t>
      </w:r>
    </w:p>
    <w:p>
      <w:pPr>
        <w:pStyle w:val="ListBullet"/>
        <w:spacing w:before="0" w:after="20"/>
      </w:pPr>
      <w:r>
        <w:t>Pediatric First Aid/CPR/AED, American Red Cross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Childcare and first aid  •  Customer service  •  Cash handling  •  Time management  •  Teamwork  •  Basic budgeting  •  Google Docs and Sheets  •  Microsoft Word and Excel  •  Conversational Spanish  •  Event planning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Student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