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Lauren Mitchell</w:t>
      </w:r>
    </w:p>
    <w:p>
      <w:pPr>
        <w:spacing w:before="0" w:after="40"/>
      </w:pPr>
      <w:r>
        <w:rPr>
          <w:b/>
          <w:color w:val="0C7A61"/>
          <w:sz w:val="24"/>
        </w:rPr>
        <w:t>Executive Assistant to the CEO and CFO</w:t>
      </w:r>
    </w:p>
    <w:p>
      <w:pPr>
        <w:spacing w:before="0" w:after="80"/>
      </w:pPr>
      <w:r>
        <w:rPr>
          <w:color w:val="555555"/>
          <w:sz w:val="20"/>
        </w:rPr>
        <w:t>Denver, CO  |  lauren.mitchell@example.com  |  (303) 555-0186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Executive assistant with 8 years of experience supporting senior leaders, currently partnering with the CEO and CFO of a 1,200-employee healthcare services company. Manages calendars with 40+ meetings a week, plans 60 domestic and international trips a year and prepares quarterly board materials for 9 directors. Trusted with confidential HR, legal and M&amp;A matters and known for solving problems before they reach the executive.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Executive Assistant to the CEO and CFO</w:t>
      </w:r>
      <w:r>
        <w:rPr>
          <w:b/>
        </w:rPr>
        <w:tab/>
        <w:t>Jan 2022 - Present</w:t>
      </w:r>
    </w:p>
    <w:p>
      <w:pPr>
        <w:spacing w:before="0" w:after="40"/>
      </w:pPr>
      <w:r>
        <w:rPr>
          <w:i/>
          <w:color w:val="555555"/>
        </w:rPr>
        <w:t>Summit Peak Health Partners, Denver, CO</w:t>
      </w:r>
    </w:p>
    <w:p>
      <w:pPr>
        <w:pStyle w:val="ListBullet"/>
        <w:spacing w:before="0" w:after="20"/>
      </w:pPr>
      <w:r>
        <w:t>Manage calendars for the CEO and CFO, coordinating 40+ meetings a week across 3 time zones and protecting 6 hours of weekly focus time for each executive.</w:t>
      </w:r>
    </w:p>
    <w:p>
      <w:pPr>
        <w:pStyle w:val="ListBullet"/>
        <w:spacing w:before="0" w:after="20"/>
      </w:pPr>
      <w:r>
        <w:t>Plan 60 domestic and international trips a year in Navan, including visas, ground transportation and detailed itineraries, keeping travel spend 12% under budget.</w:t>
      </w:r>
    </w:p>
    <w:p>
      <w:pPr>
        <w:pStyle w:val="ListBullet"/>
        <w:spacing w:before="0" w:after="20"/>
      </w:pPr>
      <w:r>
        <w:t>Coordinate quarterly board meetings for 9 directors, building 150-page board packets in Diligent Boards and distributing them 7 days before each meeting.</w:t>
      </w:r>
    </w:p>
    <w:p>
      <w:pPr>
        <w:pStyle w:val="ListBullet"/>
        <w:spacing w:before="0" w:after="20"/>
      </w:pPr>
      <w:r>
        <w:t>Handle confidential material for 2 acquisitions and an executive search with no information leaks.</w:t>
      </w:r>
    </w:p>
    <w:p>
      <w:pPr>
        <w:pStyle w:val="ListBullet"/>
        <w:spacing w:before="0" w:after="20"/>
      </w:pPr>
      <w:r>
        <w:t>Reconcile $180K in annual executive expenses in SAP Concur, submitting every report within 5 business days of month end.</w:t>
      </w:r>
    </w:p>
    <w:p>
      <w:pPr>
        <w:pStyle w:val="ListBullet"/>
        <w:spacing w:before="0" w:after="20"/>
      </w:pPr>
      <w:r>
        <w:t>Planned a 3-day leadership offsite for 85 people and finished $22K under the $140K budget.</w:t>
      </w:r>
    </w:p>
    <w:p>
      <w:pPr>
        <w:tabs>
          <w:tab w:val="right" w:pos="10080"/>
        </w:tabs>
        <w:spacing w:before="120" w:after="0"/>
      </w:pPr>
      <w:r>
        <w:rPr>
          <w:b/>
        </w:rPr>
        <w:t>Executive Assistant to the Vice President of Sales</w:t>
      </w:r>
      <w:r>
        <w:rPr>
          <w:b/>
        </w:rPr>
        <w:tab/>
        <w:t>Jul 2018 - Dec 2021</w:t>
      </w:r>
    </w:p>
    <w:p>
      <w:pPr>
        <w:spacing w:before="0" w:after="40"/>
      </w:pPr>
      <w:r>
        <w:rPr>
          <w:i/>
          <w:color w:val="555555"/>
        </w:rPr>
        <w:t>Aspenwood Software, Boulder, CO</w:t>
      </w:r>
    </w:p>
    <w:p>
      <w:pPr>
        <w:pStyle w:val="ListBullet"/>
        <w:spacing w:before="0" w:after="20"/>
      </w:pPr>
      <w:r>
        <w:t>Supported a VP of Sales and 12 regional directors, scheduling 25+ meetings a week and preparing quarterly business review decks in PowerPoint.</w:t>
      </w:r>
    </w:p>
    <w:p>
      <w:pPr>
        <w:pStyle w:val="ListBullet"/>
        <w:spacing w:before="0" w:after="20"/>
      </w:pPr>
      <w:r>
        <w:t>Built a shared Asana tracker for leadership action items, raising on-time follow-up from 70% to 95%.</w:t>
      </w:r>
    </w:p>
    <w:p>
      <w:pPr>
        <w:pStyle w:val="ListBullet"/>
        <w:spacing w:before="0" w:after="20"/>
      </w:pPr>
      <w:r>
        <w:t>Organized the annual sales kickoff for 220 attendees, managing venue contracts, travel and agenda logistics.</w:t>
      </w:r>
    </w:p>
    <w:p>
      <w:pPr>
        <w:pStyle w:val="ListBullet"/>
        <w:spacing w:before="0" w:after="20"/>
      </w:pPr>
      <w:r>
        <w:t>Screened 60+ emails and calls a day, routing urgent items and drafting replies for executive approval.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Arts in Communication</w:t>
      </w:r>
      <w:r>
        <w:t>, University of Colorado Boulder</w:t>
      </w:r>
      <w:r>
        <w:tab/>
        <w:t>2018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Certified Administrative Professional (CAP), International Association of Administrative Professionals (IAAP)</w:t>
      </w:r>
    </w:p>
    <w:p>
      <w:pPr>
        <w:pStyle w:val="ListBullet"/>
        <w:spacing w:before="0" w:after="20"/>
      </w:pPr>
      <w:r>
        <w:t>Microsoft Office Specialist: Excel Associate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C-suite calendar management  •  Domestic and international travel (Navan)  •  Board meetings (Diligent Boards)  •  Expense reporting (SAP Concur)  •  Microsoft 365 (Outlook, Teams, Excel, PowerPoint)  •  Event and offsite planning  •  Confidential records handling  •  Meeting minutes  •  Asana  •  DocuSign  •  Budget tracking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Assistant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