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Jasmine Brooks</w:t>
      </w:r>
    </w:p>
    <w:p>
      <w:pPr>
        <w:spacing w:before="0" w:after="40"/>
      </w:pPr>
      <w:r>
        <w:rPr>
          <w:b/>
          <w:color w:val="0C7A61"/>
          <w:sz w:val="24"/>
        </w:rPr>
        <w:t>Business Graduate, Operations and Coordination</w:t>
      </w:r>
    </w:p>
    <w:p>
      <w:pPr>
        <w:spacing w:before="0" w:after="80"/>
      </w:pPr>
      <w:r>
        <w:rPr>
          <w:color w:val="555555"/>
          <w:sz w:val="20"/>
        </w:rPr>
        <w:t>Atlanta, GA  |  jasmine.brooks@example.com  |  (404) 555-0131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Recent business administration graduate with a 3.6 GPA, a 12-week operations internship and 3 years of part-time customer service work during school. Built an Excel tracker that cut weekly reporting time from 6 hours to 2 for a 12-person logistics team and earned the Microsoft Office Specialist: Excel Associate certification. Organized, quick to learn new software and ready for an entry level operations or coordinator role.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Operations Intern</w:t>
      </w:r>
      <w:r>
        <w:rPr>
          <w:b/>
        </w:rPr>
        <w:tab/>
        <w:t>Jun 2025 - Aug 2025</w:t>
      </w:r>
    </w:p>
    <w:p>
      <w:pPr>
        <w:spacing w:before="0" w:after="40"/>
      </w:pPr>
      <w:r>
        <w:rPr>
          <w:i/>
          <w:color w:val="555555"/>
        </w:rPr>
        <w:t>Northwind Logistics, Atlanta, GA</w:t>
      </w:r>
    </w:p>
    <w:p>
      <w:pPr>
        <w:pStyle w:val="ListBullet"/>
        <w:spacing w:before="0" w:after="20"/>
      </w:pPr>
      <w:r>
        <w:t>Built an Excel tracker with pivot tables and XLOOKUP formulas for 300+ weekly shipments, cutting the team's weekly reporting time from 6 hours to 2.</w:t>
      </w:r>
    </w:p>
    <w:p>
      <w:pPr>
        <w:pStyle w:val="ListBullet"/>
        <w:spacing w:before="0" w:after="20"/>
      </w:pPr>
      <w:r>
        <w:t>Audited 1,800 freight invoices against carrier rate sheets and flagged $14,200 in billing errors for recovery.</w:t>
      </w:r>
    </w:p>
    <w:p>
      <w:pPr>
        <w:pStyle w:val="ListBullet"/>
        <w:spacing w:before="0" w:after="20"/>
      </w:pPr>
      <w:r>
        <w:t>Updated 25 standard operating procedures for the receiving dock with photos and checklists, used to train 6 new hires.</w:t>
      </w:r>
    </w:p>
    <w:p>
      <w:pPr>
        <w:pStyle w:val="ListBullet"/>
        <w:spacing w:before="0" w:after="20"/>
      </w:pPr>
      <w:r>
        <w:t>Presented a dock scheduling analysis to 8 managers, and 2 of my recommendations were adopted for the fall peak season.</w:t>
      </w:r>
    </w:p>
    <w:p>
      <w:pPr>
        <w:tabs>
          <w:tab w:val="right" w:pos="10080"/>
        </w:tabs>
        <w:spacing w:before="120" w:after="0"/>
      </w:pPr>
      <w:r>
        <w:rPr>
          <w:b/>
        </w:rPr>
        <w:t>Customer Service Associate (Part Time)</w:t>
      </w:r>
      <w:r>
        <w:rPr>
          <w:b/>
        </w:rPr>
        <w:tab/>
        <w:t>Aug 2022 - May 2025</w:t>
      </w:r>
    </w:p>
    <w:p>
      <w:pPr>
        <w:spacing w:before="0" w:after="40"/>
      </w:pPr>
      <w:r>
        <w:rPr>
          <w:i/>
          <w:color w:val="555555"/>
        </w:rPr>
        <w:t>Greenway Market, Atlanta, GA</w:t>
      </w:r>
    </w:p>
    <w:p>
      <w:pPr>
        <w:pStyle w:val="ListBullet"/>
        <w:spacing w:before="0" w:after="20"/>
      </w:pPr>
      <w:r>
        <w:t>Worked 20 hours a week during school, helping 150+ customers per shift at the service desk and registers.</w:t>
      </w:r>
    </w:p>
    <w:p>
      <w:pPr>
        <w:pStyle w:val="ListBullet"/>
        <w:spacing w:before="0" w:after="20"/>
      </w:pPr>
      <w:r>
        <w:t>Handled returns, price checks and complaints, earning a 4.8 out of 5 average on customer surveys that named me.</w:t>
      </w:r>
    </w:p>
    <w:p>
      <w:pPr>
        <w:pStyle w:val="ListBullet"/>
        <w:spacing w:before="0" w:after="20"/>
      </w:pPr>
      <w:r>
        <w:t>Trained 7 new hires on the POS system and service desk procedures.</w:t>
      </w:r>
    </w:p>
    <w:p>
      <w:pPr>
        <w:tabs>
          <w:tab w:val="right" w:pos="10080"/>
        </w:tabs>
        <w:spacing w:before="120" w:after="0"/>
      </w:pPr>
      <w:r>
        <w:rPr>
          <w:b/>
        </w:rPr>
        <w:t>Treasurer, Business Student Association</w:t>
      </w:r>
      <w:r>
        <w:rPr>
          <w:b/>
        </w:rPr>
        <w:tab/>
        <w:t>Aug 2023 - May 2025</w:t>
      </w:r>
    </w:p>
    <w:p>
      <w:pPr>
        <w:spacing w:before="0" w:after="40"/>
      </w:pPr>
      <w:r>
        <w:rPr>
          <w:i/>
          <w:color w:val="555555"/>
        </w:rPr>
        <w:t>Ashford Hill University, Atlanta, GA</w:t>
      </w:r>
    </w:p>
    <w:p>
      <w:pPr>
        <w:pStyle w:val="ListBullet"/>
        <w:spacing w:before="0" w:after="20"/>
      </w:pPr>
      <w:r>
        <w:t>Managed a $9,500 annual budget in Google Sheets with every expense matched to a receipt in 2 university audits.</w:t>
      </w:r>
    </w:p>
    <w:p>
      <w:pPr>
        <w:pStyle w:val="ListBullet"/>
        <w:spacing w:before="0" w:after="20"/>
      </w:pPr>
      <w:r>
        <w:t>Helped grow membership from 60 to 95 students by planning 6 employer panels and networking nights.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Business Administration (BBA), Management; GPA 3.6</w:t>
      </w:r>
      <w:r>
        <w:t>, Ashford Hill University, Atlanta, GA</w:t>
      </w:r>
      <w:r>
        <w:tab/>
        <w:t>2025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Microsoft Office Specialist: Excel Associate (Microsoft 365 Apps), Microsoft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Microsoft Excel (pivot tables, XLOOKUP)  •  Google Sheets and Docs  •  Data entry and accuracy  •  Reporting and simple dashboards  •  Invoice auditing  •  Process documentation (SOPs)  •  Scheduling and coordination  •  Budget tracking  •  Customer service  •  Presentations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 Level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