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Andre Washington</w:t>
      </w:r>
    </w:p>
    <w:p>
      <w:pPr>
        <w:spacing w:before="0" w:after="40"/>
      </w:pPr>
      <w:r>
        <w:rPr>
          <w:b/>
          <w:color w:val="0C7A61"/>
          <w:sz w:val="24"/>
        </w:rPr>
        <w:t>Journeyman Electrician, Commercial and Residential</w:t>
      </w:r>
    </w:p>
    <w:p>
      <w:pPr>
        <w:spacing w:before="0" w:after="80"/>
      </w:pPr>
      <w:r>
        <w:rPr>
          <w:color w:val="555555"/>
          <w:sz w:val="20"/>
        </w:rPr>
        <w:t>Houston, TX  |  andre.washington@example.com  |  (713) 555-0174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Licensed Texas journeyman electrician with 6 years of commercial and residential experience, including a 4-year apprenticeship with 8,000+ hours under a master electrician. Installs and troubleshoots power, lighting and motor control circuits on 120/208-volt and 277/480-volt systems, with 98% of work passing inspection on the first visit. OSHA 30 trained and current on NFPA 70E electrical safety.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Journeyman Electrician</w:t>
      </w:r>
      <w:r>
        <w:rPr>
          <w:b/>
        </w:rPr>
        <w:tab/>
        <w:t>Jan 2024 - Present</w:t>
      </w:r>
    </w:p>
    <w:p>
      <w:pPr>
        <w:spacing w:before="0" w:after="40"/>
      </w:pPr>
      <w:r>
        <w:rPr>
          <w:i/>
          <w:color w:val="555555"/>
        </w:rPr>
        <w:t>Fabrikam Electrical Contractors, Houston, TX</w:t>
      </w:r>
    </w:p>
    <w:p>
      <w:pPr>
        <w:pStyle w:val="ListBullet"/>
        <w:spacing w:before="0" w:after="20"/>
      </w:pPr>
      <w:r>
        <w:t>Install panelboards, transformers, branch circuits and 3-phase 277/480-volt distribution in office, retail and light industrial buildouts up to 60,000 square feet.</w:t>
      </w:r>
    </w:p>
    <w:p>
      <w:pPr>
        <w:pStyle w:val="ListBullet"/>
        <w:spacing w:before="0" w:after="20"/>
      </w:pPr>
      <w:r>
        <w:t>Lead 2 apprentices on tenant improvement projects, finishing 14 of 15 projects on or ahead of schedule.</w:t>
      </w:r>
    </w:p>
    <w:p>
      <w:pPr>
        <w:pStyle w:val="ListBullet"/>
        <w:spacing w:before="0" w:after="20"/>
      </w:pPr>
      <w:r>
        <w:t>Bend and install 8,000+ feet of EMT, rigid and PVC conduit a year and pull feeders up to 500 kcmil.</w:t>
      </w:r>
    </w:p>
    <w:p>
      <w:pPr>
        <w:pStyle w:val="ListBullet"/>
        <w:spacing w:before="0" w:after="20"/>
      </w:pPr>
      <w:r>
        <w:t>Troubleshoot motor controls, VFDs and lighting control circuits with multimeters, clamp meters and insulation resistance testers, cutting average service call time from 4 hours to 3.</w:t>
      </w:r>
    </w:p>
    <w:p>
      <w:pPr>
        <w:pStyle w:val="ListBullet"/>
        <w:spacing w:before="0" w:after="20"/>
      </w:pPr>
      <w:r>
        <w:t>Pass 98% of rough-in and final inspections on the first visit by working to the adopted NEC and local amendments.</w:t>
      </w:r>
    </w:p>
    <w:p>
      <w:pPr>
        <w:pStyle w:val="ListBullet"/>
        <w:spacing w:before="0" w:after="20"/>
      </w:pPr>
      <w:r>
        <w:t>Follow lockout/tagout and NFPA 70E procedures on every job, with zero electrical incidents in 3 years.</w:t>
      </w:r>
    </w:p>
    <w:p>
      <w:pPr>
        <w:tabs>
          <w:tab w:val="right" w:pos="10080"/>
        </w:tabs>
        <w:spacing w:before="120" w:after="0"/>
      </w:pPr>
      <w:r>
        <w:rPr>
          <w:b/>
        </w:rPr>
        <w:t>Electrical Apprentice</w:t>
      </w:r>
      <w:r>
        <w:rPr>
          <w:b/>
        </w:rPr>
        <w:tab/>
        <w:t>Jan 2020 - Dec 2023</w:t>
      </w:r>
    </w:p>
    <w:p>
      <w:pPr>
        <w:spacing w:before="0" w:after="40"/>
      </w:pPr>
      <w:r>
        <w:rPr>
          <w:i/>
          <w:color w:val="555555"/>
        </w:rPr>
        <w:t>Lone Prairie Residential Electric, Katy, TX</w:t>
      </w:r>
    </w:p>
    <w:p>
      <w:pPr>
        <w:pStyle w:val="ListBullet"/>
        <w:spacing w:before="0" w:after="20"/>
      </w:pPr>
      <w:r>
        <w:t>Completed 8,000+ hours of on-the-job training under a Texas master electrician while finishing 4 years of apprenticeship classroom instruction.</w:t>
      </w:r>
    </w:p>
    <w:p>
      <w:pPr>
        <w:pStyle w:val="ListBullet"/>
        <w:spacing w:before="0" w:after="20"/>
      </w:pPr>
      <w:r>
        <w:t>Roughed in and trimmed out wiring for 120+ new single-family homes, including 200-amp services and AFCI and GFCI protection.</w:t>
      </w:r>
    </w:p>
    <w:p>
      <w:pPr>
        <w:pStyle w:val="ListBullet"/>
        <w:spacing w:before="0" w:after="20"/>
      </w:pPr>
      <w:r>
        <w:t>Installed 30+ service upgrades from 100 to 200 amps and 45 dedicated EV charger circuits for existing homes.</w:t>
      </w:r>
    </w:p>
    <w:p>
      <w:pPr>
        <w:pStyle w:val="ListBullet"/>
        <w:spacing w:before="0" w:after="20"/>
      </w:pPr>
      <w:r>
        <w:t>Read plans and built material lists for each house, cutting wire and device overages by about 10%.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Electrical Apprenticeship Program, 4 years</w:t>
      </w:r>
      <w:r>
        <w:t>, Gulf Coast Electrical Training Center, Houston, TX</w:t>
      </w:r>
      <w:r>
        <w:tab/>
        <w:t>2023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Westfield Park High School, Katy, TX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Journeyman Electrician License, Texas Department of Licensing and Regulation (TDLR)</w:t>
      </w:r>
    </w:p>
    <w:p>
      <w:pPr>
        <w:pStyle w:val="ListBullet"/>
        <w:spacing w:before="0" w:after="20"/>
      </w:pPr>
      <w:r>
        <w:t>OSHA 30-Hour Construction Outreach Training (DOL course completion card)</w:t>
      </w:r>
    </w:p>
    <w:p>
      <w:pPr>
        <w:pStyle w:val="ListBullet"/>
        <w:spacing w:before="0" w:after="20"/>
      </w:pPr>
      <w:r>
        <w:t>NFPA 70E Electrical Safety in the Workplace training</w:t>
      </w:r>
    </w:p>
    <w:p>
      <w:pPr>
        <w:pStyle w:val="ListBullet"/>
        <w:spacing w:before="0" w:after="20"/>
      </w:pPr>
      <w:r>
        <w:t>Aerial lift (MEWP) operator training, employer evaluated</w:t>
      </w:r>
    </w:p>
    <w:p>
      <w:pPr>
        <w:pStyle w:val="ListBullet"/>
        <w:spacing w:before="0" w:after="20"/>
      </w:pPr>
      <w:r>
        <w:t>First Aid, CPR and AED, American Red Cross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NEC code compliance  •  Blueprint and schematic reading  •  Conduit bending (EMT, rigid, PVC)  •  Commercial 3-phase systems  •  Residential rough-in and trim-out  •  Service upgrades and panel installation  •  Motor controls and VFDs  •  Troubleshooting with test equipment  •  Lighting controls  •  Lockout/tagout and NFPA 70E  •  Apprentice training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