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Sofia Ramirez</w:t>
      </w:r>
    </w:p>
    <w:p>
      <w:pPr>
        <w:spacing w:before="0" w:after="40"/>
      </w:pPr>
      <w:r>
        <w:rPr>
          <w:b/>
          <w:color w:val="0C7A61"/>
          <w:sz w:val="24"/>
        </w:rPr>
        <w:t>Certified Dental Assistant, General and Family Dentistry</w:t>
      </w:r>
    </w:p>
    <w:p>
      <w:pPr>
        <w:spacing w:before="0" w:after="80"/>
      </w:pPr>
      <w:r>
        <w:rPr>
          <w:color w:val="555555"/>
          <w:sz w:val="20"/>
        </w:rPr>
        <w:t>Orlando, FL  |  sofia.ramirez@example.com  |  (407) 555-0119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Certified dental assistant with 6 years of chairside experience, currently assisting 2 dentists with 14 to 18 patients a day in a 6-operatory general and family practice. Keeps x-ray retakes under 3% and has passed every weekly spore test since taking over sterilization in 2023. CDA through DANB, Florida dental radiographer certification, current BLS and fluent in Spanish.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Dental Assistant</w:t>
      </w:r>
      <w:r>
        <w:rPr>
          <w:b/>
        </w:rPr>
        <w:tab/>
        <w:t>Jan 2022 - Present</w:t>
      </w:r>
    </w:p>
    <w:p>
      <w:pPr>
        <w:spacing w:before="0" w:after="40"/>
      </w:pPr>
      <w:r>
        <w:rPr>
          <w:i/>
          <w:color w:val="555555"/>
        </w:rPr>
        <w:t>Brightside Dental, Orlando, FL</w:t>
      </w:r>
    </w:p>
    <w:p>
      <w:pPr>
        <w:pStyle w:val="ListBullet"/>
        <w:spacing w:before="0" w:after="20"/>
      </w:pPr>
      <w:r>
        <w:t>Assist 2 dentists chairside with 14 to 18 patients a day using four-handed dentistry for fillings, crowns, root canals, extractions and implant restorations.</w:t>
      </w:r>
    </w:p>
    <w:p>
      <w:pPr>
        <w:pStyle w:val="ListBullet"/>
        <w:spacing w:before="0" w:after="20"/>
      </w:pPr>
      <w:r>
        <w:t>Expose bitewing, periapical and panoramic images with digital sensors, keeping retakes under 3% of images taken.</w:t>
      </w:r>
    </w:p>
    <w:p>
      <w:pPr>
        <w:pStyle w:val="ListBullet"/>
        <w:spacing w:before="0" w:after="20"/>
      </w:pPr>
      <w:r>
        <w:t>Lead sterilization for 6 operatories following CDC infection control guidance for dental settings, with every weekly spore test passing since 2023.</w:t>
      </w:r>
    </w:p>
    <w:p>
      <w:pPr>
        <w:pStyle w:val="ListBullet"/>
        <w:spacing w:before="0" w:after="20"/>
      </w:pPr>
      <w:r>
        <w:t>Turn over operatories in under 8 minutes between patients, helping cut average patient wait time from 12 to 6 minutes.</w:t>
      </w:r>
    </w:p>
    <w:p>
      <w:pPr>
        <w:pStyle w:val="ListBullet"/>
        <w:spacing w:before="0" w:after="20"/>
      </w:pPr>
      <w:r>
        <w:t>Helped raise accepted treatment plans from 62% to 71% in one year by showing patients intraoral photos and explaining the options the dentist recommended.</w:t>
      </w:r>
    </w:p>
    <w:p>
      <w:pPr>
        <w:pStyle w:val="ListBullet"/>
        <w:spacing w:before="0" w:after="20"/>
      </w:pPr>
      <w:r>
        <w:t>Manage clinical supply ordering, cutting monthly supply spending by 12% with par levels and vendor price checks.</w:t>
      </w:r>
    </w:p>
    <w:p>
      <w:pPr>
        <w:tabs>
          <w:tab w:val="right" w:pos="10080"/>
        </w:tabs>
        <w:spacing w:before="120" w:after="0"/>
      </w:pPr>
      <w:r>
        <w:rPr>
          <w:b/>
        </w:rPr>
        <w:t>Dental Assistant Trainee and Sterilization Technician</w:t>
      </w:r>
      <w:r>
        <w:rPr>
          <w:b/>
        </w:rPr>
        <w:tab/>
        <w:t>Jun 2020 - Dec 2021</w:t>
      </w:r>
    </w:p>
    <w:p>
      <w:pPr>
        <w:spacing w:before="0" w:after="40"/>
      </w:pPr>
      <w:r>
        <w:rPr>
          <w:i/>
          <w:color w:val="555555"/>
        </w:rPr>
        <w:t>Fabrikam Family Dentistry, Kissimmee, FL</w:t>
      </w:r>
    </w:p>
    <w:p>
      <w:pPr>
        <w:pStyle w:val="ListBullet"/>
        <w:spacing w:before="0" w:after="20"/>
      </w:pPr>
      <w:r>
        <w:t>Cleaned, packaged and autoclaved instruments for 4 operatories and 40+ patients a day, logging every sterilizer cycle.</w:t>
      </w:r>
    </w:p>
    <w:p>
      <w:pPr>
        <w:pStyle w:val="ListBullet"/>
        <w:spacing w:before="0" w:after="20"/>
      </w:pPr>
      <w:r>
        <w:t>Trained on the job under the dentist and earned Florida dental radiographer certification within 6 months of hire.</w:t>
      </w:r>
    </w:p>
    <w:p>
      <w:pPr>
        <w:pStyle w:val="ListBullet"/>
        <w:spacing w:before="0" w:after="20"/>
      </w:pPr>
      <w:r>
        <w:t>Moved to chairside assisting by month 4, setting up trays and seating 8 to 10 patients a day.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High School Diploma</w:t>
      </w:r>
      <w:r>
        <w:t>, Cypress Hollow High School, Orlando, FL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Certified Dental Assistant (CDA), Dental Assisting National Board (DANB)</w:t>
      </w:r>
    </w:p>
    <w:p>
      <w:pPr>
        <w:pStyle w:val="ListBullet"/>
        <w:spacing w:before="0" w:after="20"/>
      </w:pPr>
      <w:r>
        <w:t>Dental Radiographer Certification, Florida Department of Health</w:t>
      </w:r>
    </w:p>
    <w:p>
      <w:pPr>
        <w:pStyle w:val="ListBullet"/>
        <w:spacing w:before="0" w:after="20"/>
      </w:pPr>
      <w:r>
        <w:t>Basic Life Support (BLS) Provider, American Heart Association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Four-handed chairside assisting  •  Digital radiography (bitewing, periapical, panoramic)  •  Instrument sterilization and spore testing  •  Infection control and OSHA bloodborne pathogens  •  Dentrix charting and scheduling  •  Intraoral photography  •  Tray setups for restorative, endo and oral surgery  •  Post-op and home care instructions  •  Blood pressure and medical history updates  •  Supply ordering and inventory  •  Bilingual (English and Spanish)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Assistant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