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Priya Raman</w:t>
      </w:r>
    </w:p>
    <w:p>
      <w:pPr>
        <w:spacing w:before="0" w:after="40"/>
      </w:pPr>
      <w:r>
        <w:rPr>
          <w:b/>
          <w:color w:val="0C7A61"/>
          <w:sz w:val="24"/>
        </w:rPr>
        <w:t>Data Analyst</w:t>
      </w:r>
    </w:p>
    <w:p>
      <w:pPr>
        <w:spacing w:before="0" w:after="80"/>
      </w:pPr>
      <w:r>
        <w:rPr>
          <w:color w:val="555555"/>
          <w:sz w:val="20"/>
        </w:rPr>
        <w:t>Chicago, IL  |  priya.raman@example.com  |  (312) 555-0126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Data analyst with 6 years of experience turning sales, supply chain and customer data into decisions with SQL, Python, Tableau and Power BI. Built a demand forecast that cut excess inventory by $1.2M and automated weekly reporting that saved a finance team 15 hours per week. Comfortable owning requests end to end, from the business question to clean data to a clear recommendation.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Data Analyst</w:t>
      </w:r>
      <w:r>
        <w:rPr>
          <w:b/>
        </w:rPr>
        <w:tab/>
        <w:t>Mar 2022 - Present</w:t>
      </w:r>
    </w:p>
    <w:p>
      <w:pPr>
        <w:spacing w:before="0" w:after="40"/>
      </w:pPr>
      <w:r>
        <w:rPr>
          <w:i/>
          <w:color w:val="555555"/>
        </w:rPr>
        <w:t>Northwind Logistics, Chicago, IL</w:t>
      </w:r>
    </w:p>
    <w:p>
      <w:pPr>
        <w:pStyle w:val="ListBullet"/>
        <w:spacing w:before="0" w:after="20"/>
      </w:pPr>
      <w:r>
        <w:t>Built a SKU-level demand forecast in Python (pandas, statsmodels) that improved forecast accuracy from 71% to 86% and cut excess inventory by $1.2M in the first year.</w:t>
      </w:r>
    </w:p>
    <w:p>
      <w:pPr>
        <w:pStyle w:val="ListBullet"/>
        <w:spacing w:before="0" w:after="20"/>
      </w:pPr>
      <w:r>
        <w:t>Wrote and tuned Snowflake SQL for 20+ recurring reports, reducing average query runtime from 9 minutes to under 2.</w:t>
      </w:r>
    </w:p>
    <w:p>
      <w:pPr>
        <w:pStyle w:val="ListBullet"/>
        <w:spacing w:before="0" w:after="20"/>
      </w:pPr>
      <w:r>
        <w:t>Designed a Tableau carrier performance dashboard used by 40 operations managers, helping shift volume to reliable carriers and raising on-time delivery from 89% to 94%.</w:t>
      </w:r>
    </w:p>
    <w:p>
      <w:pPr>
        <w:pStyle w:val="ListBullet"/>
        <w:spacing w:before="0" w:after="20"/>
      </w:pPr>
      <w:r>
        <w:t>Reconciled carrier invoices against shipment data and found $310K in annual billing errors, all recovered within two quarters.</w:t>
      </w:r>
    </w:p>
    <w:p>
      <w:pPr>
        <w:pStyle w:val="ListBullet"/>
        <w:spacing w:before="0" w:after="20"/>
      </w:pPr>
      <w:r>
        <w:t>Defined 12 core KPIs with finance and operations leaders and documented them in a shared data dictionary, ending conflicting numbers across departments.</w:t>
      </w:r>
    </w:p>
    <w:p>
      <w:pPr>
        <w:tabs>
          <w:tab w:val="right" w:pos="10080"/>
        </w:tabs>
        <w:spacing w:before="120" w:after="0"/>
      </w:pPr>
      <w:r>
        <w:rPr>
          <w:b/>
        </w:rPr>
        <w:t>Junior Data Analyst</w:t>
      </w:r>
      <w:r>
        <w:rPr>
          <w:b/>
        </w:rPr>
        <w:tab/>
        <w:t>Jun 2020 - Feb 2022</w:t>
      </w:r>
    </w:p>
    <w:p>
      <w:pPr>
        <w:spacing w:before="0" w:after="40"/>
      </w:pPr>
      <w:r>
        <w:rPr>
          <w:i/>
          <w:color w:val="555555"/>
        </w:rPr>
        <w:t>Tallpine Home &amp; Garden, Evanston, IL</w:t>
      </w:r>
    </w:p>
    <w:p>
      <w:pPr>
        <w:pStyle w:val="ListBullet"/>
        <w:spacing w:before="0" w:after="20"/>
      </w:pPr>
      <w:r>
        <w:t>Automated a weekly sales report with Excel Power Query and Power BI, saving the finance team 15 hours per week.</w:t>
      </w:r>
    </w:p>
    <w:p>
      <w:pPr>
        <w:pStyle w:val="ListBullet"/>
        <w:spacing w:before="0" w:after="20"/>
      </w:pPr>
      <w:r>
        <w:t>Analyzed 14 email A/B tests and recommended a subject line format that raised click-through rate by 18%.</w:t>
      </w:r>
    </w:p>
    <w:p>
      <w:pPr>
        <w:pStyle w:val="ListBullet"/>
        <w:spacing w:before="0" w:after="20"/>
      </w:pPr>
      <w:r>
        <w:t>Segmented 250,000 loyalty members by purchase behavior in SQL, giving marketing 5 target audiences that lifted repeat purchase rate by 7%.</w:t>
      </w:r>
    </w:p>
    <w:p>
      <w:pPr>
        <w:pStyle w:val="ListBullet"/>
        <w:spacing w:before="0" w:after="20"/>
      </w:pPr>
      <w:r>
        <w:t>Cleaned and merged point-of-sale data from 3 legacy systems, reducing duplicate customer records by 32%.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Economics, Minor in Statistics</w:t>
      </w:r>
      <w:r>
        <w:t>, University of Illinois Urbana-Champaign</w:t>
      </w:r>
      <w:r>
        <w:tab/>
        <w:t>2020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Google Data Analytics Professional Certificate</w:t>
      </w:r>
    </w:p>
    <w:p>
      <w:pPr>
        <w:pStyle w:val="ListBullet"/>
        <w:spacing w:before="0" w:after="20"/>
      </w:pPr>
      <w:r>
        <w:t>Microsoft Certified: Power BI Data Analyst Associate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SQL (Snowflake, PostgreSQL)  •  Python (pandas, NumPy, statsmodels)  •  Tableau  •  Power BI and DAX  •  Excel (Power Query, pivot tables, XLOOKUP)  •  Forecasting and regression  •  A/B testing  •  Data cleaning and validation  •  dbt  •  Dashboard and KPI design  •  Stakeholder communication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Analyst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