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Brianna Lopez</w:t>
      </w:r>
    </w:p>
    <w:p>
      <w:pPr>
        <w:spacing w:before="0" w:after="40"/>
      </w:pPr>
      <w:r>
        <w:rPr>
          <w:b/>
          <w:color w:val="0C7A61"/>
          <w:sz w:val="24"/>
        </w:rPr>
        <w:t>Cashier, Grocery and Retail</w:t>
      </w:r>
    </w:p>
    <w:p>
      <w:pPr>
        <w:spacing w:before="0" w:after="80"/>
      </w:pPr>
      <w:r>
        <w:rPr>
          <w:color w:val="555555"/>
          <w:sz w:val="20"/>
        </w:rPr>
        <w:t>San Antonio, TX  |  brianna.lopez@example.com  |  (210) 555-0135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Reliable grocery cashier with 3 years of experience checking out 250+ customers per shift with a balanced drawer on 99% of shifts. Signed up 410 customers for the store loyalty program in 2025, the most of 22 cashiers, and trained 6 new hires on the register. Bilingual in English and Spanish and available evenings, weekends and holidays.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Cashier</w:t>
      </w:r>
      <w:r>
        <w:rPr>
          <w:b/>
        </w:rPr>
        <w:tab/>
        <w:t>Mar 2024 - Present</w:t>
      </w:r>
    </w:p>
    <w:p>
      <w:pPr>
        <w:spacing w:before="0" w:after="40"/>
      </w:pPr>
      <w:r>
        <w:rPr>
          <w:i/>
          <w:color w:val="555555"/>
        </w:rPr>
        <w:t>Fresh Basket Market, San Antonio, TX</w:t>
      </w:r>
    </w:p>
    <w:p>
      <w:pPr>
        <w:pStyle w:val="ListBullet"/>
        <w:spacing w:before="0" w:after="20"/>
      </w:pPr>
      <w:r>
        <w:t>Check out 250+ customers per shift at a high-volume grocery store, averaging 24 items scanned per minute and keeping lines under 4 customers during peak hours.</w:t>
      </w:r>
    </w:p>
    <w:p>
      <w:pPr>
        <w:pStyle w:val="ListBullet"/>
        <w:spacing w:before="0" w:after="20"/>
      </w:pPr>
      <w:r>
        <w:t>Balance the cash drawer within $1 on 99% of shifts while handling cash, cards, mobile pay, gift cards and SNAP EBT.</w:t>
      </w:r>
    </w:p>
    <w:p>
      <w:pPr>
        <w:pStyle w:val="ListBullet"/>
        <w:spacing w:before="0" w:after="20"/>
      </w:pPr>
      <w:r>
        <w:t>Signed up 410 customers for the store loyalty program in 2025, the most of 22 cashiers, and earned Employee of the Month twice.</w:t>
      </w:r>
    </w:p>
    <w:p>
      <w:pPr>
        <w:pStyle w:val="ListBullet"/>
        <w:spacing w:before="0" w:after="20"/>
      </w:pPr>
      <w:r>
        <w:t>Verify ID on every alcohol and tobacco sale and passed all 3 store compliance checks.</w:t>
      </w:r>
    </w:p>
    <w:p>
      <w:pPr>
        <w:pStyle w:val="ListBullet"/>
        <w:spacing w:before="0" w:after="20"/>
      </w:pPr>
      <w:r>
        <w:t>Monitor 6 self-checkout stations on evening shifts, keeping average customer wait for assistance under 1 minute.</w:t>
      </w:r>
    </w:p>
    <w:p>
      <w:pPr>
        <w:pStyle w:val="ListBullet"/>
        <w:spacing w:before="0" w:after="20"/>
      </w:pPr>
      <w:r>
        <w:t>Trained 6 new cashiers on the POS system, cash handling, coupons and return policies.</w:t>
      </w:r>
    </w:p>
    <w:p>
      <w:pPr>
        <w:tabs>
          <w:tab w:val="right" w:pos="10080"/>
        </w:tabs>
        <w:spacing w:before="120" w:after="0"/>
      </w:pPr>
      <w:r>
        <w:rPr>
          <w:b/>
        </w:rPr>
        <w:t>Cashier and Team Member</w:t>
      </w:r>
      <w:r>
        <w:rPr>
          <w:b/>
        </w:rPr>
        <w:tab/>
        <w:t>Jun 2023 - Feb 2024</w:t>
      </w:r>
    </w:p>
    <w:p>
      <w:pPr>
        <w:spacing w:before="0" w:after="40"/>
      </w:pPr>
      <w:r>
        <w:rPr>
          <w:i/>
          <w:color w:val="555555"/>
        </w:rPr>
        <w:t>Mesquite Grill Express, San Antonio, TX</w:t>
      </w:r>
    </w:p>
    <w:p>
      <w:pPr>
        <w:pStyle w:val="ListBullet"/>
        <w:spacing w:before="0" w:after="20"/>
      </w:pPr>
      <w:r>
        <w:t>Took orders and payments at the front counter and drive-thru, serving 150+ customers per shift with 98% order accuracy.</w:t>
      </w:r>
    </w:p>
    <w:p>
      <w:pPr>
        <w:pStyle w:val="ListBullet"/>
        <w:spacing w:before="0" w:after="20"/>
      </w:pPr>
      <w:r>
        <w:t>Kept average ticket $1.20 above the store average by suggesting combo upgrades and desserts.</w:t>
      </w:r>
    </w:p>
    <w:p>
      <w:pPr>
        <w:pStyle w:val="ListBullet"/>
        <w:spacing w:before="0" w:after="20"/>
      </w:pPr>
      <w:r>
        <w:t>Kept the lobby, drink station and register area clean and stocked during lunch and dinner rushes.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Sunset Ridge High School, San Antonio, TX</w:t>
      </w:r>
      <w:r>
        <w:tab/>
        <w:t>2023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TABC Seller-Server Certification, Texas Alcoholic Beverage Commission</w:t>
      </w:r>
    </w:p>
    <w:p>
      <w:pPr>
        <w:pStyle w:val="ListBullet"/>
        <w:spacing w:before="0" w:after="20"/>
      </w:pPr>
      <w:r>
        <w:t>Texas Food Handler Certificate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POS systems  •  Cash handling and drawer balancing  •  SNAP EBT and WIC transactions  •  Coupons, returns and voids  •  Self-checkout support  •  Age verification  •  Loyalty program sign-ups  •  Customer service  •  Bagging and food safety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Cashier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